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left"/>
      </w:pPr>
      <w:r>
        <w:rPr>
          <w:rFonts w:ascii="Calibri" w:hAnsi="Calibri"/>
          <w:b/>
          <w:sz w:val="32"/>
        </w:rPr>
        <w:t>1. Introduction to Economics</w:t>
      </w:r>
    </w:p>
    <w:p>
      <w:pPr>
        <w:pStyle w:val="Heading2"/>
        <w:jc w:val="left"/>
      </w:pPr>
      <w:r>
        <w:rPr>
          <w:rFonts w:ascii="Calibri" w:hAnsi="Calibri"/>
          <w:b/>
          <w:sz w:val="28"/>
        </w:rPr>
        <w:t>The Nature of Economics</w:t>
      </w:r>
    </w:p>
    <w:p>
      <w:r>
        <w:rPr>
          <w:rFonts w:ascii="Calibri" w:hAnsi="Calibri"/>
          <w:sz w:val="22"/>
        </w:rPr>
        <w:t>- The economic problem – wants, resources, scarcity</w:t>
      </w:r>
    </w:p>
    <w:p>
      <w:r>
        <w:rPr>
          <w:rFonts w:ascii="Calibri" w:hAnsi="Calibri"/>
          <w:sz w:val="22"/>
        </w:rPr>
        <w:t>Word: definition...</w:t>
      </w:r>
    </w:p>
    <w:p>
      <w:r>
        <w:rPr>
          <w:rFonts w:ascii="Calibri" w:hAnsi="Calibri"/>
          <w:sz w:val="22"/>
        </w:rPr>
        <w:t>Insert summarized notes here...</w:t>
      </w:r>
    </w:p>
    <w:p>
      <w:r>
        <w:rPr>
          <w:rFonts w:ascii="Calibri" w:hAnsi="Calibri"/>
          <w:sz w:val="22"/>
        </w:rPr>
        <w:t>Case study: insert case study here...</w:t>
      </w:r>
    </w:p>
    <w:p>
      <w:r>
        <w:rPr>
          <w:rFonts w:ascii="Calibri" w:hAnsi="Calibri"/>
          <w:sz w:val="22"/>
        </w:rPr>
        <w:t>- The need for choice by individuals and society</w:t>
      </w:r>
    </w:p>
    <w:p>
      <w:r>
        <w:rPr>
          <w:rFonts w:ascii="Calibri" w:hAnsi="Calibri"/>
          <w:sz w:val="22"/>
        </w:rPr>
        <w:t>Word: definition...</w:t>
      </w:r>
    </w:p>
    <w:p>
      <w:r>
        <w:rPr>
          <w:rFonts w:ascii="Calibri" w:hAnsi="Calibri"/>
          <w:sz w:val="22"/>
        </w:rPr>
        <w:t>Insert summarized notes here...</w:t>
      </w:r>
    </w:p>
    <w:p>
      <w:r>
        <w:rPr>
          <w:rFonts w:ascii="Calibri" w:hAnsi="Calibri"/>
          <w:sz w:val="22"/>
        </w:rPr>
        <w:t>Case study: insert case study here...</w:t>
      </w:r>
    </w:p>
    <w:p>
      <w:r>
        <w:rPr>
          <w:rFonts w:ascii="Calibri" w:hAnsi="Calibri"/>
          <w:sz w:val="22"/>
        </w:rPr>
        <w:t>- Opportunity cost and its application through production possibility frontiers</w:t>
      </w:r>
    </w:p>
    <w:p>
      <w:r>
        <w:rPr>
          <w:rFonts w:ascii="Calibri" w:hAnsi="Calibri"/>
          <w:sz w:val="22"/>
        </w:rPr>
        <w:t>Word: definition...</w:t>
      </w:r>
    </w:p>
    <w:p>
      <w:r>
        <w:rPr>
          <w:rFonts w:ascii="Calibri" w:hAnsi="Calibri"/>
          <w:sz w:val="22"/>
        </w:rPr>
        <w:t>Insert summarized notes here...</w:t>
      </w:r>
    </w:p>
    <w:p>
      <w:r>
        <w:rPr>
          <w:rFonts w:ascii="Calibri" w:hAnsi="Calibri"/>
          <w:sz w:val="22"/>
        </w:rPr>
        <w:t>Case study: insert case study here...</w:t>
      </w:r>
    </w:p>
    <w:p>
      <w:r>
        <w:rPr>
          <w:rFonts w:ascii="Calibri" w:hAnsi="Calibri"/>
          <w:sz w:val="22"/>
        </w:rPr>
        <w:t>- Future implications of current choices by individuals, businesses, and governments</w:t>
      </w:r>
    </w:p>
    <w:p>
      <w:r>
        <w:rPr>
          <w:rFonts w:ascii="Calibri" w:hAnsi="Calibri"/>
          <w:sz w:val="22"/>
        </w:rPr>
        <w:t>Word: definition...</w:t>
      </w:r>
    </w:p>
    <w:p>
      <w:r>
        <w:rPr>
          <w:rFonts w:ascii="Calibri" w:hAnsi="Calibri"/>
          <w:sz w:val="22"/>
        </w:rPr>
        <w:t>Insert summarized notes here...</w:t>
      </w:r>
    </w:p>
    <w:p>
      <w:r>
        <w:rPr>
          <w:rFonts w:ascii="Calibri" w:hAnsi="Calibri"/>
          <w:sz w:val="22"/>
        </w:rPr>
        <w:t>Case study: insert case study here...</w:t>
      </w:r>
    </w:p>
    <w:p>
      <w:pPr>
        <w:pStyle w:val="Heading2"/>
        <w:jc w:val="left"/>
      </w:pPr>
      <w:r>
        <w:rPr>
          <w:rFonts w:ascii="Calibri" w:hAnsi="Calibri"/>
          <w:b/>
          <w:sz w:val="28"/>
        </w:rPr>
        <w:t>The Operation of an Economy</w:t>
      </w:r>
    </w:p>
    <w:p>
      <w:r>
        <w:rPr>
          <w:rFonts w:ascii="Calibri" w:hAnsi="Calibri"/>
          <w:sz w:val="22"/>
        </w:rPr>
        <w:t>- Production of goods and services from resources – natural, labour, capital, and entrepreneurial resources</w:t>
      </w:r>
    </w:p>
    <w:p>
      <w:r>
        <w:rPr>
          <w:rFonts w:ascii="Calibri" w:hAnsi="Calibri"/>
          <w:sz w:val="22"/>
        </w:rPr>
        <w:t>Word: definition...</w:t>
      </w:r>
    </w:p>
    <w:p>
      <w:r>
        <w:rPr>
          <w:rFonts w:ascii="Calibri" w:hAnsi="Calibri"/>
          <w:sz w:val="22"/>
        </w:rPr>
        <w:t>Insert summarized notes here...</w:t>
      </w:r>
    </w:p>
    <w:p>
      <w:r>
        <w:rPr>
          <w:rFonts w:ascii="Calibri" w:hAnsi="Calibri"/>
          <w:sz w:val="22"/>
        </w:rPr>
        <w:t>Case study: insert case study here...</w:t>
      </w:r>
    </w:p>
    <w:p>
      <w:r>
        <w:rPr>
          <w:rFonts w:ascii="Calibri" w:hAnsi="Calibri"/>
          <w:sz w:val="22"/>
        </w:rPr>
        <w:t>- Distribution and exchange of goods and services</w:t>
      </w:r>
    </w:p>
    <w:p>
      <w:r>
        <w:rPr>
          <w:rFonts w:ascii="Calibri" w:hAnsi="Calibri"/>
          <w:sz w:val="22"/>
        </w:rPr>
        <w:t>Word: definition...</w:t>
      </w:r>
    </w:p>
    <w:p>
      <w:r>
        <w:rPr>
          <w:rFonts w:ascii="Calibri" w:hAnsi="Calibri"/>
          <w:sz w:val="22"/>
        </w:rPr>
        <w:t>Insert summarized notes here...</w:t>
      </w:r>
    </w:p>
    <w:p>
      <w:r>
        <w:rPr>
          <w:rFonts w:ascii="Calibri" w:hAnsi="Calibri"/>
          <w:sz w:val="22"/>
        </w:rPr>
        <w:t>Case study: insert case study here...</w:t>
      </w:r>
    </w:p>
    <w:p>
      <w:r>
        <w:rPr>
          <w:rFonts w:ascii="Calibri" w:hAnsi="Calibri"/>
          <w:sz w:val="22"/>
        </w:rPr>
        <w:t>- Provision of income and employment through the business cycle</w:t>
      </w:r>
    </w:p>
    <w:p>
      <w:r>
        <w:rPr>
          <w:rFonts w:ascii="Calibri" w:hAnsi="Calibri"/>
          <w:sz w:val="22"/>
        </w:rPr>
        <w:t>Word: definition...</w:t>
      </w:r>
    </w:p>
    <w:p>
      <w:r>
        <w:rPr>
          <w:rFonts w:ascii="Calibri" w:hAnsi="Calibri"/>
          <w:sz w:val="22"/>
        </w:rPr>
        <w:t>Insert summarized notes here...</w:t>
      </w:r>
    </w:p>
    <w:p>
      <w:r>
        <w:rPr>
          <w:rFonts w:ascii="Calibri" w:hAnsi="Calibri"/>
          <w:sz w:val="22"/>
        </w:rPr>
        <w:t>Case study: insert case study here...</w:t>
      </w:r>
    </w:p>
    <w:p>
      <w:r>
        <w:rPr>
          <w:rFonts w:ascii="Calibri" w:hAnsi="Calibri"/>
          <w:sz w:val="22"/>
        </w:rPr>
        <w:t>- The circular flow of income model</w:t>
      </w:r>
    </w:p>
    <w:p>
      <w:r>
        <w:rPr>
          <w:rFonts w:ascii="Calibri" w:hAnsi="Calibri"/>
          <w:sz w:val="22"/>
        </w:rPr>
        <w:t>Word: definition...</w:t>
      </w:r>
    </w:p>
    <w:p>
      <w:r>
        <w:rPr>
          <w:rFonts w:ascii="Calibri" w:hAnsi="Calibri"/>
          <w:sz w:val="22"/>
        </w:rPr>
        <w:t>Insert summarized notes here...</w:t>
      </w:r>
    </w:p>
    <w:p>
      <w:r>
        <w:rPr>
          <w:rFonts w:ascii="Calibri" w:hAnsi="Calibri"/>
          <w:sz w:val="22"/>
        </w:rPr>
        <w:t>Case study: insert case study here...</w:t>
      </w:r>
    </w:p>
    <w:p>
      <w:pPr>
        <w:pStyle w:val="Heading1"/>
        <w:jc w:val="left"/>
      </w:pPr>
      <w:r>
        <w:rPr>
          <w:rFonts w:ascii="Calibri" w:hAnsi="Calibri"/>
          <w:b/>
          <w:sz w:val="32"/>
        </w:rPr>
        <w:t>2. Consumers and Business</w:t>
      </w:r>
    </w:p>
    <w:p>
      <w:pPr>
        <w:pStyle w:val="Heading2"/>
        <w:jc w:val="left"/>
      </w:pPr>
      <w:r>
        <w:rPr>
          <w:rFonts w:ascii="Calibri" w:hAnsi="Calibri"/>
          <w:b/>
          <w:sz w:val="28"/>
        </w:rPr>
        <w:t>The Role of Consumers in the Economy</w:t>
      </w:r>
    </w:p>
    <w:p>
      <w:r>
        <w:rPr>
          <w:rFonts w:ascii="Calibri" w:hAnsi="Calibri"/>
          <w:sz w:val="22"/>
        </w:rPr>
        <w:t>- Consumer sovereignty</w:t>
      </w:r>
    </w:p>
    <w:p>
      <w:r>
        <w:rPr>
          <w:rFonts w:ascii="Calibri" w:hAnsi="Calibri"/>
          <w:sz w:val="22"/>
        </w:rPr>
        <w:t>Word: definition...</w:t>
      </w:r>
    </w:p>
    <w:p>
      <w:r>
        <w:rPr>
          <w:rFonts w:ascii="Calibri" w:hAnsi="Calibri"/>
          <w:sz w:val="22"/>
        </w:rPr>
        <w:t>Insert summarized notes here...</w:t>
      </w:r>
    </w:p>
    <w:p>
      <w:r>
        <w:rPr>
          <w:rFonts w:ascii="Calibri" w:hAnsi="Calibri"/>
          <w:sz w:val="22"/>
        </w:rPr>
        <w:t>Case study: insert case study here...</w:t>
      </w:r>
    </w:p>
    <w:p>
      <w:r>
        <w:rPr>
          <w:rFonts w:ascii="Calibri" w:hAnsi="Calibri"/>
          <w:sz w:val="22"/>
        </w:rPr>
        <w:t>- Patterns of consumer spending and saving/dissaving</w:t>
      </w:r>
    </w:p>
    <w:p>
      <w:r>
        <w:rPr>
          <w:rFonts w:ascii="Calibri" w:hAnsi="Calibri"/>
          <w:sz w:val="22"/>
        </w:rPr>
        <w:t>Word: definition...</w:t>
      </w:r>
    </w:p>
    <w:p>
      <w:r>
        <w:rPr>
          <w:rFonts w:ascii="Calibri" w:hAnsi="Calibri"/>
          <w:sz w:val="22"/>
        </w:rPr>
        <w:t>Insert summarized notes here...</w:t>
      </w:r>
    </w:p>
    <w:p>
      <w:r>
        <w:rPr>
          <w:rFonts w:ascii="Calibri" w:hAnsi="Calibri"/>
          <w:sz w:val="22"/>
        </w:rPr>
        <w:t>Case study: insert case study here...</w:t>
      </w:r>
    </w:p>
    <w:p>
      <w:r>
        <w:rPr>
          <w:rFonts w:ascii="Calibri" w:hAnsi="Calibri"/>
          <w:sz w:val="22"/>
        </w:rPr>
        <w:t>- Factors influencing individual consumer choice (income, price, preferences, advertising)</w:t>
      </w:r>
    </w:p>
    <w:p>
      <w:r>
        <w:rPr>
          <w:rFonts w:ascii="Calibri" w:hAnsi="Calibri"/>
          <w:sz w:val="22"/>
        </w:rPr>
        <w:t>Word: definition...</w:t>
      </w:r>
    </w:p>
    <w:p>
      <w:r>
        <w:rPr>
          <w:rFonts w:ascii="Calibri" w:hAnsi="Calibri"/>
          <w:sz w:val="22"/>
        </w:rPr>
        <w:t>Insert summarized notes here...</w:t>
      </w:r>
    </w:p>
    <w:p>
      <w:r>
        <w:rPr>
          <w:rFonts w:ascii="Calibri" w:hAnsi="Calibri"/>
          <w:sz w:val="22"/>
        </w:rPr>
        <w:t>Case study: insert case study here...</w:t>
      </w:r>
    </w:p>
    <w:p>
      <w:r>
        <w:rPr>
          <w:rFonts w:ascii="Calibri" w:hAnsi="Calibri"/>
          <w:sz w:val="22"/>
        </w:rPr>
        <w:t>- Sources of income (wages, rent, interest, profits, social welfare)</w:t>
      </w:r>
    </w:p>
    <w:p>
      <w:r>
        <w:rPr>
          <w:rFonts w:ascii="Calibri" w:hAnsi="Calibri"/>
          <w:sz w:val="22"/>
        </w:rPr>
        <w:t>Word: definition...</w:t>
      </w:r>
    </w:p>
    <w:p>
      <w:r>
        <w:rPr>
          <w:rFonts w:ascii="Calibri" w:hAnsi="Calibri"/>
          <w:sz w:val="22"/>
        </w:rPr>
        <w:t>Insert summarized notes here...</w:t>
      </w:r>
    </w:p>
    <w:p>
      <w:r>
        <w:rPr>
          <w:rFonts w:ascii="Calibri" w:hAnsi="Calibri"/>
          <w:sz w:val="22"/>
        </w:rPr>
        <w:t>Case study: insert case study here...</w:t>
      </w:r>
    </w:p>
    <w:p>
      <w:pPr>
        <w:pStyle w:val="Heading2"/>
        <w:jc w:val="left"/>
      </w:pPr>
      <w:r>
        <w:rPr>
          <w:rFonts w:ascii="Calibri" w:hAnsi="Calibri"/>
          <w:b/>
          <w:sz w:val="28"/>
        </w:rPr>
        <w:t>The Role of Business in the Economy</w:t>
      </w:r>
    </w:p>
    <w:p>
      <w:r>
        <w:rPr>
          <w:rFonts w:ascii="Calibri" w:hAnsi="Calibri"/>
          <w:sz w:val="22"/>
        </w:rPr>
        <w:t>- Definition of a firm and an industry</w:t>
      </w:r>
    </w:p>
    <w:p>
      <w:r>
        <w:rPr>
          <w:rFonts w:ascii="Calibri" w:hAnsi="Calibri"/>
          <w:sz w:val="22"/>
        </w:rPr>
        <w:t>Word: definition...</w:t>
      </w:r>
    </w:p>
    <w:p>
      <w:r>
        <w:rPr>
          <w:rFonts w:ascii="Calibri" w:hAnsi="Calibri"/>
          <w:sz w:val="22"/>
        </w:rPr>
        <w:t>Insert summarized notes here...</w:t>
      </w:r>
    </w:p>
    <w:p>
      <w:r>
        <w:rPr>
          <w:rFonts w:ascii="Calibri" w:hAnsi="Calibri"/>
          <w:sz w:val="22"/>
        </w:rPr>
        <w:t>Case study: insert case study here...</w:t>
      </w:r>
    </w:p>
    <w:p>
      <w:r>
        <w:rPr>
          <w:rFonts w:ascii="Calibri" w:hAnsi="Calibri"/>
          <w:sz w:val="22"/>
        </w:rPr>
        <w:t>- Business decisions: what to produce, how to produce</w:t>
      </w:r>
    </w:p>
    <w:p>
      <w:r>
        <w:rPr>
          <w:rFonts w:ascii="Calibri" w:hAnsi="Calibri"/>
          <w:sz w:val="22"/>
        </w:rPr>
        <w:t>Word: definition...</w:t>
      </w:r>
    </w:p>
    <w:p>
      <w:r>
        <w:rPr>
          <w:rFonts w:ascii="Calibri" w:hAnsi="Calibri"/>
          <w:sz w:val="22"/>
        </w:rPr>
        <w:t>Insert summarized notes here...</w:t>
      </w:r>
    </w:p>
    <w:p>
      <w:r>
        <w:rPr>
          <w:rFonts w:ascii="Calibri" w:hAnsi="Calibri"/>
          <w:sz w:val="22"/>
        </w:rPr>
        <w:t>Case study: insert case study here...</w:t>
      </w:r>
    </w:p>
    <w:p>
      <w:r>
        <w:rPr>
          <w:rFonts w:ascii="Calibri" w:hAnsi="Calibri"/>
          <w:sz w:val="22"/>
        </w:rPr>
        <w:t>- Business as a source of economic growth</w:t>
      </w:r>
    </w:p>
    <w:p>
      <w:r>
        <w:rPr>
          <w:rFonts w:ascii="Calibri" w:hAnsi="Calibri"/>
          <w:sz w:val="22"/>
        </w:rPr>
        <w:t>Word: definition...</w:t>
      </w:r>
    </w:p>
    <w:p>
      <w:r>
        <w:rPr>
          <w:rFonts w:ascii="Calibri" w:hAnsi="Calibri"/>
          <w:sz w:val="22"/>
        </w:rPr>
        <w:t>Insert summarized notes here...</w:t>
      </w:r>
    </w:p>
    <w:p>
      <w:r>
        <w:rPr>
          <w:rFonts w:ascii="Calibri" w:hAnsi="Calibri"/>
          <w:sz w:val="22"/>
        </w:rPr>
        <w:t>Case study: insert case study here...</w:t>
      </w:r>
    </w:p>
    <w:p>
      <w:r>
        <w:rPr>
          <w:rFonts w:ascii="Calibri" w:hAnsi="Calibri"/>
          <w:sz w:val="22"/>
        </w:rPr>
        <w:t>- Goals of the firm (profit maximization, growth, market share)</w:t>
      </w:r>
    </w:p>
    <w:p>
      <w:r>
        <w:rPr>
          <w:rFonts w:ascii="Calibri" w:hAnsi="Calibri"/>
          <w:sz w:val="22"/>
        </w:rPr>
        <w:t>Word: definition...</w:t>
      </w:r>
    </w:p>
    <w:p>
      <w:r>
        <w:rPr>
          <w:rFonts w:ascii="Calibri" w:hAnsi="Calibri"/>
          <w:sz w:val="22"/>
        </w:rPr>
        <w:t>Insert summarized notes here...</w:t>
      </w:r>
    </w:p>
    <w:p>
      <w:r>
        <w:rPr>
          <w:rFonts w:ascii="Calibri" w:hAnsi="Calibri"/>
          <w:sz w:val="22"/>
        </w:rPr>
        <w:t>Case study: insert case study here...</w:t>
      </w:r>
    </w:p>
    <w:p>
      <w:r>
        <w:rPr>
          <w:rFonts w:ascii="Calibri" w:hAnsi="Calibri"/>
          <w:sz w:val="22"/>
        </w:rPr>
        <w:t>- Impact of investment, technological change, and ethical decision-making</w:t>
      </w:r>
    </w:p>
    <w:p>
      <w:r>
        <w:rPr>
          <w:rFonts w:ascii="Calibri" w:hAnsi="Calibri"/>
          <w:sz w:val="22"/>
        </w:rPr>
        <w:t>Word: definition...</w:t>
      </w:r>
    </w:p>
    <w:p>
      <w:r>
        <w:rPr>
          <w:rFonts w:ascii="Calibri" w:hAnsi="Calibri"/>
          <w:sz w:val="22"/>
        </w:rPr>
        <w:t>Insert summarized notes here...</w:t>
      </w:r>
    </w:p>
    <w:p>
      <w:r>
        <w:rPr>
          <w:rFonts w:ascii="Calibri" w:hAnsi="Calibri"/>
          <w:sz w:val="22"/>
        </w:rPr>
        <w:t>Case study: insert case study here...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